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  <w:i w:val="0"/>
        </w:rPr>
        <w:t xml:space="preserve">СОГЛАСИЕ НА ФОТО- И ВИДЕОСЪЁМКУ</w:t>
      </w:r>
    </w:p>
    <w:p>
      <w:pPr>
        <w:pStyle w:val="Subtitle"/>
      </w:pPr>
      <w:r>
        <w:rPr>
          <w:b w:val="0"/>
          <w:i w:val="0"/>
        </w:rPr>
        <w:t xml:space="preserve">и использование изображения и голоса • отдельное согласие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8"/>
        <w:gridCol w:w="6860"/>
      </w:tblGrid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Исполнитель / оператор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Дэнуар Вадим Русланович, ИНН 590422411585, плательщик НПД</w:t>
            </w:r>
          </w:p>
        </w:tc>
      </w:tr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Онлайн-ресурс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https://vadimdenoir.ru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EAF2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Согласие на публичное распространение фото-, видеоизображения и голоса оформляется самостоятельным документом.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FFF2CC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Отзыв согласия принимается по указанным email и почтовому адресу.</w:t>
            </w:r>
          </w:p>
        </w:tc>
      </w:tr>
    </w:tbl>
    <w:p>
      <w:r>
        <w:rPr>
          <w:b w:val="0"/>
          <w:i w:val="0"/>
        </w:rPr>
        <w:t xml:space="preserve">Я, указанный(ая) ниже, руководствуясь статьёй 152.1 Гражданского кодекса Российской Федерации, добровольно разрешаю Дэнуару Вадиму Руслановичу, ИНН 590422411585 (далее — Пользователь изображения), проводить фото-, видео- и аудиозапись меня / указанного мной несовершеннолетнего Участника и использовать изображение и голос на следующих условиях.</w:t>
      </w:r>
    </w:p>
    <w:p>
      <w:pPr>
        <w:pStyle w:val="Heading1"/>
      </w:pPr>
      <w:r>
        <w:t xml:space="preserve">1. Цели и материалы</w:t>
      </w:r>
    </w:p>
    <w:p>
      <w:r>
        <w:rPr>
          <w:b w:val="0"/>
          <w:i w:val="0"/>
        </w:rPr>
        <w:t xml:space="preserve">1.1. Цели: информирование о тренировках; демонстрация тренировочного процесса и мероприятий; ведение профессионального портфолио и блога; продвижение услуг Пользователя изображения.</w:t>
      </w:r>
    </w:p>
    <w:p>
      <w:r>
        <w:rPr>
          <w:b w:val="0"/>
          <w:i w:val="0"/>
        </w:rPr>
        <w:t xml:space="preserve">1.2. Разрешаются фотоизображение, видеоизображение и голос, естественно содержащийся в записи. Имя, фамилия, никнейм, возраст, сведения о здоровье, результатах или иных обстоятельствах не публикуются по этому согласию.</w:t>
      </w:r>
    </w:p>
    <w:p>
      <w:pPr>
        <w:pStyle w:val="Heading1"/>
      </w:pPr>
      <w:r>
        <w:t xml:space="preserve">2. Разрешённые способы использования</w:t>
      </w:r>
    </w:p>
    <w:p>
      <w:r>
        <w:rPr>
          <w:b w:val="0"/>
          <w:i w:val="0"/>
        </w:rPr>
        <w:t xml:space="preserve">• съёмка во время тренировок, показательных выступлений и связанных мероприятий; хранение и отбор материалов;</w:t>
      </w:r>
    </w:p>
    <w:p>
      <w:r>
        <w:rPr>
          <w:b w:val="0"/>
          <w:i w:val="0"/>
        </w:rPr>
        <w:t xml:space="preserve">• кадрирование, монтаж, цвето- и звукокоррекция, добавление музыки, графики, текста и субтитров без искажения смысла;</w:t>
      </w:r>
    </w:p>
    <w:p>
      <w:r>
        <w:rPr>
          <w:b w:val="0"/>
          <w:i w:val="0"/>
        </w:rPr>
        <w:t xml:space="preserve">• включение материалов в публикации, ролики, афиши и презентации — только в пределах отдельно данного согласия на распространение персональных данных, когда доступ получает неопределённый круг лиц;</w:t>
      </w:r>
    </w:p>
    <w:p>
      <w:r>
        <w:rPr>
          <w:b w:val="0"/>
          <w:i w:val="0"/>
        </w:rPr>
        <w:t xml:space="preserve">• передача фотографу, видеографу, монтажёру или SMM-специалисту исключительно для обработки по поручению, без права самостоятельного использования.</w:t>
      </w:r>
    </w:p>
    <w:p>
      <w:r>
        <w:rPr>
          <w:b w:val="0"/>
          <w:i w:val="0"/>
        </w:rPr>
        <w:t xml:space="preserve">2.1. Не допускается использование в унижающем достоинство, дискриминационном, политическом, интимном, медицинском либо заведомо вводящем в заблуждение контексте, а также передача прав третьим лицам для их самостоятельной рекламы.</w:t>
      </w:r>
    </w:p>
    <w:p>
      <w:r>
        <w:rPr>
          <w:b w:val="0"/>
          <w:i w:val="0"/>
        </w:rPr>
        <w:t xml:space="preserve">2.2. Согласие предоставляется без выплаты вознаграждения. Оно не означает отказа от права на защиту чести, достоинства, частной жизни и изображения.</w:t>
      </w:r>
    </w:p>
    <w:p>
      <w:pPr>
        <w:pStyle w:val="Heading1"/>
      </w:pPr>
      <w:r>
        <w:t xml:space="preserve">3. Публичное размещение</w:t>
      </w:r>
    </w:p>
    <w:p>
      <w:r>
        <w:rPr>
          <w:b w:val="0"/>
          <w:i w:val="0"/>
        </w:rPr>
        <w:t xml:space="preserve">3.1. Настоящий документ сам по себе не разрешает предоставлять материалы неопределённому кругу лиц. Для публикации на открытом сайте, в соцсети, видеохостинге или мессенджер-канале оформляется самостоятельное согласие на обработку персональных данных, разрешённых для распространения, с точным перечнем ресурсов и разрешённых категорий данных.</w:t>
      </w:r>
    </w:p>
    <w:p>
      <w:r>
        <w:rPr>
          <w:b w:val="0"/>
          <w:i w:val="0"/>
        </w:rPr>
        <w:t xml:space="preserve">3.2. Если отдельное согласие на распространение не дано, материалы могут использоваться только внутри закрытого рабочего процесса Пользователя изображения и его уполномоченных подрядчиков, например для отбора и монтажа, без открытой публикации.</w:t>
      </w:r>
    </w:p>
    <w:p>
      <w:pPr>
        <w:pStyle w:val="Heading1"/>
      </w:pPr>
      <w:r>
        <w:t xml:space="preserve">4. Срок и прекращение использования</w:t>
      </w:r>
    </w:p>
    <w:p>
      <w:r>
        <w:rPr>
          <w:b w:val="0"/>
          <w:i w:val="0"/>
        </w:rPr>
        <w:t xml:space="preserve">4.1. Согласие действует 5 лет с даты подтверждения либо до более раннего отзыва. Отзыв направляется по email info@vadimdenoir.ru или адресу: 614088, Пермский край, г. Пермь, ул. Геологов, д. 11/1, кв. 8, с указанием материала или сведений, позволяющих его найти.</w:t>
      </w:r>
    </w:p>
    <w:p>
      <w:r>
        <w:rPr>
          <w:b w:val="0"/>
          <w:i w:val="0"/>
        </w:rPr>
        <w:t xml:space="preserve">4.2. После получения отзыва Пользователь изображения прекращает новое использование и удаляет материал с подконтрольных ресурсов в разумный технический срок, если отсутствует иное законное основание. Отзыв не делает неправомерными действия, совершённые до его получения.</w:t>
      </w:r>
    </w:p>
    <w:p>
      <w:r>
        <w:rPr>
          <w:b w:val="0"/>
          <w:i w:val="0"/>
        </w:rPr>
        <w:t xml:space="preserve">4.3. Для несовершеннолетнего согласие даёт законный представитель. По достижении Участником совершеннолетия дальнейшее новое использование после истечения срока согласия требует его собственного волеизъявления.</w:t>
      </w:r>
    </w:p>
    <w:p>
      <w:pPr>
        <w:pStyle w:val="Heading1"/>
      </w:pPr>
      <w:r>
        <w:t xml:space="preserve">5. Электронное подтверждение</w:t>
      </w:r>
    </w:p>
    <w:p>
      <w:r>
        <w:rPr>
          <w:b w:val="0"/>
          <w:i w:val="0"/>
        </w:rPr>
        <w:t xml:space="preserve">5.1. На Сайте согласие подтверждается отдельной незаполненной заранее отметкой. Пользователь изображения сохраняет версию документа, дату, время и идентификатор Заказа/согласия.</w:t>
      </w:r>
    </w:p>
    <w:p>
      <w:pPr>
        <w:pStyle w:val="Heading1"/>
      </w:pPr>
      <w:r>
        <w:t xml:space="preserve">Данные лица, дающего подтверждение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18"/>
        <w:gridCol w:w="4918"/>
      </w:tblGrid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Заказчик / субъект ПД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Участник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Если Участник несовершеннолетний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Дата рождения: ____________ Представитель: 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Контакты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Телефон: ____________________ Email: 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Подтверждение на сайте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ID заказа/согласия: __________ Дата и время: __________ Версия: 07.09.2026</w:t>
            </w:r>
          </w:p>
        </w:tc>
      </w:tr>
    </w:tbl>
    <w:p>
      <w:r>
        <w:rPr>
          <w:b w:val="0"/>
          <w:i w:val="0"/>
        </w:rPr>
        <w:t xml:space="preserve">При оформлении на бумаге: ________________ / __________________________ / «___» __________ 20___ г.</w:t>
      </w:r>
    </w:p>
    <w:p>
      <w:r>
        <w:rPr>
          <w:b w:val="0"/>
          <w:i w:val="0"/>
        </w:rPr>
        <w:t xml:space="preserve">При оформлении в электронной форме сайт сохраняет текст и редакцию документа, дату и время подтверждения, а также идентификатор операции.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35" w:bottom="1191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 w:val="0"/>
        <w:i w:val="0"/>
        <w:color w:val="667784"/>
        <w:sz w:val="16"/>
      </w:rPr>
      <w:t xml:space="preserve">Редакция 07.09.2026  •  Стр. </w:t>
    </w:r>
    <w:r/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2E5D7B"/>
        <w:sz w:val="16"/>
      </w:rPr>
      <w:t>ДЭНУАР ВАДИМ РУСЛАНОВИЧ</w:t>
    </w:r>
    <w:r>
      <w:rPr>
        <w:sz w:val="16"/>
      </w:rPr>
      <w:t xml:space="preserve">  |  ФОТО / ВИДЕО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 w:eastAsia="Calibri"/>
      <w:color w:val="24374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5D7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4374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2E5D7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243746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Small">
    <w:name w:val="Legal Small"/>
    <w:pPr>
      <w:spacing w:after="60" w:line="240" w:lineRule="auto"/>
    </w:pPr>
    <w:rPr>
      <w:rFonts w:ascii="Calibri" w:hAnsi="Calibri" w:eastAsia="Calibri"/>
      <w:color w:val="566573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фото- и видеосъёмку</dc:title>
  <dc:subject>Разрешение на съёмку и использование изображения и голоса в установленных пределах.</dc:subject>
  <dc:creator>Дэнуар Вадим Русланович</dc:creator>
  <cp:keywords>оферта, тренировки, брейкинг, персональные данные, согласие</cp:keywords>
  <dc:description>Сформировано из content/legal/documents.json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